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OFULabel"/>
      </w:pPr>
      <w:r>
        <w:t>REGIONAL QUALIFIERS  /  RESEARCH REPORT TEMPLATE</w:t>
      </w:r>
    </w:p>
    <w:p>
      <w:pPr>
        <w:pStyle w:val="Title"/>
      </w:pPr>
      <w:r>
        <w:t>The Scientific Research Paper</w:t>
      </w:r>
    </w:p>
    <w:p>
      <w:pPr>
        <w:pStyle w:val="Subtitle"/>
      </w:pPr>
      <w:r>
        <w:t>An editable starting structure for UNSO Regional Qualifier investigations.</w:t>
      </w:r>
    </w:p>
    <w:p>
      <w:pPr>
        <w:pStyle w:val="SOFUHint"/>
      </w:pPr>
      <w:r>
        <w:t>This document is a learning aid from the SOFU Research Academy. Replace every instructional prompt with your team's original work. The current edition's official instructions and submission requirements always take precedence.</w:t>
      </w:r>
    </w:p>
    <w:p>
      <w:pPr>
        <w:pStyle w:val="Heading1"/>
      </w:pPr>
      <w:r>
        <w:t>Submission identity</w:t>
      </w:r>
    </w:p>
    <w:tbl>
      <w:tblPr>
        <w:tblStyle w:val="LightShading-Accent1"/>
        <w:tblW w:type="auto" w:w="0"/>
        <w:tblLayout w:type="autofit"/>
        <w:tblLook w:firstColumn="1" w:firstRow="1" w:lastColumn="0" w:lastRow="0" w:noHBand="0" w:noVBand="1" w:val="04A0"/>
      </w:tblPr>
      <w:tblGrid>
        <w:gridCol w:w="4896"/>
        <w:gridCol w:w="4896"/>
      </w:tblGrid>
      <w:tr>
        <w:tc>
          <w:tcPr>
            <w:tcW w:type="dxa" w:w="4896"/>
          </w:tcPr>
          <w:p>
            <w:r>
              <w:t>Field</w:t>
            </w:r>
          </w:p>
        </w:tc>
        <w:tc>
          <w:tcPr>
            <w:tcW w:type="dxa" w:w="4896"/>
          </w:tcPr>
          <w:p>
            <w:r>
              <w:t>Complete before submission</w:t>
            </w:r>
          </w:p>
        </w:tc>
      </w:tr>
      <w:tr>
        <w:tc>
          <w:tcPr>
            <w:tcW w:type="dxa" w:w="4896"/>
          </w:tcPr>
          <w:p>
            <w:r>
              <w:t>UNSO edition</w:t>
            </w:r>
          </w:p>
        </w:tc>
        <w:tc>
          <w:tcPr>
            <w:tcW w:type="dxa" w:w="4896"/>
          </w:tcPr>
          <w:p>
            <w:r>
              <w:t>[Year]</w:t>
            </w:r>
          </w:p>
        </w:tc>
      </w:tr>
      <w:tr>
        <w:tc>
          <w:tcPr>
            <w:tcW w:type="dxa" w:w="4896"/>
          </w:tcPr>
          <w:p>
            <w:r>
              <w:t>School / institution</w:t>
            </w:r>
          </w:p>
        </w:tc>
        <w:tc>
          <w:tcPr>
            <w:tcW w:type="dxa" w:w="4896"/>
          </w:tcPr>
          <w:p>
            <w:r>
              <w:t>[Name]</w:t>
            </w:r>
          </w:p>
        </w:tc>
      </w:tr>
      <w:tr>
        <w:tc>
          <w:tcPr>
            <w:tcW w:type="dxa" w:w="4896"/>
          </w:tcPr>
          <w:p>
            <w:r>
              <w:t>Team name / code</w:t>
            </w:r>
          </w:p>
        </w:tc>
        <w:tc>
          <w:tcPr>
            <w:tcW w:type="dxa" w:w="4896"/>
          </w:tcPr>
          <w:p>
            <w:r>
              <w:t>[Name or assigned code]</w:t>
            </w:r>
          </w:p>
        </w:tc>
      </w:tr>
      <w:tr>
        <w:tc>
          <w:tcPr>
            <w:tcW w:type="dxa" w:w="4896"/>
          </w:tcPr>
          <w:p>
            <w:r>
              <w:t>Research problem(s)</w:t>
            </w:r>
          </w:p>
        </w:tc>
        <w:tc>
          <w:tcPr>
            <w:tcW w:type="dxa" w:w="4896"/>
          </w:tcPr>
          <w:p>
            <w:r>
              <w:t>[Official number(s) and exact title(s)]</w:t>
            </w:r>
          </w:p>
        </w:tc>
      </w:tr>
      <w:tr>
        <w:tc>
          <w:tcPr>
            <w:tcW w:type="dxa" w:w="4896"/>
          </w:tcPr>
          <w:p>
            <w:r>
              <w:t>Team members</w:t>
            </w:r>
          </w:p>
        </w:tc>
        <w:tc>
          <w:tcPr>
            <w:tcW w:type="dxa" w:w="4896"/>
          </w:tcPr>
          <w:p>
            <w:r>
              <w:t>[Names in the prescribed order]</w:t>
            </w:r>
          </w:p>
        </w:tc>
      </w:tr>
      <w:tr>
        <w:tc>
          <w:tcPr>
            <w:tcW w:type="dxa" w:w="4896"/>
          </w:tcPr>
          <w:p>
            <w:r>
              <w:t>Submission date</w:t>
            </w:r>
          </w:p>
        </w:tc>
        <w:tc>
          <w:tcPr>
            <w:tcW w:type="dxa" w:w="4896"/>
          </w:tcPr>
          <w:p>
            <w:r>
              <w:t>[Date]</w:t>
            </w:r>
          </w:p>
        </w:tc>
      </w:tr>
    </w:tbl>
    <w:p>
      <w:pPr>
        <w:pStyle w:val="Heading1"/>
      </w:pPr>
      <w:r>
        <w:t>Before you begin</w:t>
      </w:r>
    </w:p>
    <w:p>
      <w:r>
        <w:t>A strong paper is a scientific argument: it frames the question, uses trustworthy evidence, makes justified inferences, examines alternative explanations and reaches a qualified conclusion.</w:t>
      </w:r>
    </w:p>
    <w:p>
      <w:r>
        <w:t>Your investigation may use theory, calculations, literature, existing datasets, simulations or experiments where appropriate. Never invent measurements. Clearly identify the origin of every dataset, diagram and result.</w:t>
      </w:r>
    </w:p>
    <w:p>
      <w:r>
        <w:t>Do not assume the sample headings below are mandatory. Adapt them to your particular problem and comply with official competition guidelines.</w:t>
      </w:r>
    </w:p>
    <w:p>
      <w:r>
        <w:br w:type="page"/>
      </w:r>
    </w:p>
    <w:p>
      <w:pPr>
        <w:pStyle w:val="SOFULabel"/>
      </w:pPr>
      <w:r>
        <w:t>01 / ORIENT THE READER</w:t>
      </w:r>
    </w:p>
    <w:p>
      <w:pPr>
        <w:pStyle w:val="Heading2"/>
      </w:pPr>
      <w:r>
        <w:t>Abstract</w:t>
      </w:r>
    </w:p>
    <w:p>
      <w:pPr>
        <w:pStyle w:val="SOFUHint"/>
      </w:pPr>
      <w:r>
        <w:t>Write this last. Summarise the question, approach, central finding or argument and main limitation in concise, precise language. Do not introduce unsupported claims.</w:t>
      </w:r>
    </w:p>
    <w:p>
      <w:r>
        <w:t>[Your work here]</w:t>
      </w:r>
    </w:p>
    <w:p>
      <w:pPr>
        <w:pStyle w:val="Heading2"/>
      </w:pPr>
      <w:r>
        <w:t>1. Introduction</w:t>
      </w:r>
    </w:p>
    <w:p>
      <w:pPr>
        <w:pStyle w:val="SOFUHint"/>
      </w:pPr>
      <w:r>
        <w:t>What is being investigated? Why is the problem scientifically interesting? What is the essential context? End by stating the precise question your paper answers.</w:t>
      </w:r>
    </w:p>
    <w:p>
      <w:r>
        <w:t>[Your work here]</w:t>
      </w:r>
    </w:p>
    <w:p>
      <w:pPr>
        <w:pStyle w:val="Heading2"/>
      </w:pPr>
      <w:r>
        <w:t>2. Scientific Background and Literature</w:t>
      </w:r>
    </w:p>
    <w:p>
      <w:pPr>
        <w:pStyle w:val="SOFUHint"/>
      </w:pPr>
      <w:r>
        <w:t>Explain the scientific principles and research findings you genuinely need. Cite authoritative sources where used. This is not a general encyclopedia entry: show why each source matters to your argument.</w:t>
      </w:r>
    </w:p>
    <w:p>
      <w:r>
        <w:t>[Your work here]</w:t>
      </w:r>
    </w:p>
    <w:p>
      <w:r>
        <w:br w:type="page"/>
      </w:r>
    </w:p>
    <w:p>
      <w:pPr>
        <w:pStyle w:val="SOFULabel"/>
      </w:pPr>
      <w:r>
        <w:t>02 / MAKE THE REASONING EXPLICIT</w:t>
      </w:r>
    </w:p>
    <w:p>
      <w:pPr>
        <w:pStyle w:val="Heading2"/>
      </w:pPr>
      <w:r>
        <w:t>3. Scope, Assumptions and Investigative Approach</w:t>
      </w:r>
    </w:p>
    <w:p>
      <w:pPr>
        <w:pStyle w:val="SOFUHint"/>
      </w:pPr>
      <w:r>
        <w:t>State which parts of the hypothetical scenario you accept, what you will examine, your sources and methods (theoretical analysis, calculation, source comparison, dataset analysis, experimental test, etc.) and why these methods fit the question.</w:t>
      </w:r>
    </w:p>
    <w:p>
      <w:r>
        <w:t>[Your work here]</w:t>
      </w:r>
    </w:p>
    <w:p>
      <w:pPr>
        <w:pStyle w:val="Heading2"/>
      </w:pPr>
      <w:r>
        <w:t>4. Investigation and Analysis</w:t>
      </w:r>
    </w:p>
    <w:p>
      <w:pPr>
        <w:pStyle w:val="SOFUHint"/>
      </w:pPr>
      <w:r>
        <w:t>Develop the argument step by step. Use justified formulas, diagrams, numerical estimates, comparisons, evidence and subheadings suited to the problem. Distinguish a scientific prediction from a measured result and both from a fact reported by another author.</w:t>
      </w:r>
    </w:p>
    <w:p>
      <w:r>
        <w:t>[Your work here]</w:t>
      </w:r>
    </w:p>
    <w:tbl>
      <w:tblPr>
        <w:tblStyle w:val="LightShading-Accent1"/>
        <w:tblW w:type="auto" w:w="0"/>
        <w:tblLayout w:type="autofit"/>
        <w:tblLook w:firstColumn="1" w:firstRow="1" w:lastColumn="0" w:lastRow="0" w:noHBand="0" w:noVBand="1" w:val="04A0"/>
      </w:tblPr>
      <w:tblGrid>
        <w:gridCol w:w="3264"/>
        <w:gridCol w:w="3264"/>
        <w:gridCol w:w="3264"/>
      </w:tblGrid>
      <w:tr>
        <w:tc>
          <w:tcPr>
            <w:tcW w:type="dxa" w:w="3264"/>
          </w:tcPr>
          <w:p>
            <w:r>
              <w:t>Claim / prediction</w:t>
            </w:r>
          </w:p>
        </w:tc>
        <w:tc>
          <w:tcPr>
            <w:tcW w:type="dxa" w:w="3264"/>
          </w:tcPr>
          <w:p>
            <w:r>
              <w:t>Basis / evidence</w:t>
            </w:r>
          </w:p>
        </w:tc>
        <w:tc>
          <w:tcPr>
            <w:tcW w:type="dxa" w:w="3264"/>
          </w:tcPr>
          <w:p>
            <w:r>
              <w:t>Limitations</w:t>
            </w:r>
          </w:p>
        </w:tc>
      </w:tr>
      <w:tr>
        <w:tc>
          <w:tcPr>
            <w:tcW w:type="dxa" w:w="3264"/>
          </w:tcPr>
          <w:p>
            <w:r>
              <w:t>[What your team claims]</w:t>
            </w:r>
          </w:p>
        </w:tc>
        <w:tc>
          <w:tcPr>
            <w:tcW w:type="dxa" w:w="3264"/>
          </w:tcPr>
          <w:p>
            <w:r>
              <w:t>[Equation / study / data / logical argument]</w:t>
            </w:r>
          </w:p>
        </w:tc>
        <w:tc>
          <w:tcPr>
            <w:tcW w:type="dxa" w:w="3264"/>
          </w:tcPr>
          <w:p>
            <w:r>
              <w:t>[Assumption, uncertainty or alternative]</w:t>
            </w:r>
          </w:p>
        </w:tc>
      </w:tr>
      <w:tr>
        <w:tc>
          <w:tcPr>
            <w:tcW w:type="dxa" w:w="3264"/>
          </w:tcPr>
          <w:p>
            <w:r>
              <w:t>[Next claim]</w:t>
            </w:r>
          </w:p>
        </w:tc>
        <w:tc>
          <w:tcPr>
            <w:tcW w:type="dxa" w:w="3264"/>
          </w:tcPr>
          <w:p>
            <w:r>
              <w:t>[Evidence used]</w:t>
            </w:r>
          </w:p>
        </w:tc>
        <w:tc>
          <w:tcPr>
            <w:tcW w:type="dxa" w:w="3264"/>
          </w:tcPr>
          <w:p>
            <w:r>
              <w:t>[What it does not prove]</w:t>
            </w:r>
          </w:p>
        </w:tc>
      </w:tr>
    </w:tbl>
    <w:p>
      <w:r>
        <w:br w:type="page"/>
      </w:r>
    </w:p>
    <w:p>
      <w:pPr>
        <w:pStyle w:val="SOFULabel"/>
      </w:pPr>
      <w:r>
        <w:t>03 / TEST YOUR CONCLUSION</w:t>
      </w:r>
    </w:p>
    <w:p>
      <w:pPr>
        <w:pStyle w:val="Heading2"/>
      </w:pPr>
      <w:r>
        <w:t>5. Discussion: Alternatives and Limitations</w:t>
      </w:r>
    </w:p>
    <w:p>
      <w:pPr>
        <w:pStyle w:val="SOFUHint"/>
      </w:pPr>
      <w:r>
        <w:t>Assess competing explanations, idealised versus realistic conditions, sources of uncertainty and what remains unresolved. Explain contradictions where applicable and avoid claims that exceed your evidence.</w:t>
      </w:r>
    </w:p>
    <w:p>
      <w:r>
        <w:t>[Your work here]</w:t>
      </w:r>
    </w:p>
    <w:p>
      <w:pPr>
        <w:pStyle w:val="Heading2"/>
      </w:pPr>
      <w:r>
        <w:t>6. Conclusion</w:t>
      </w:r>
    </w:p>
    <w:p>
      <w:pPr>
        <w:pStyle w:val="SOFUHint"/>
      </w:pPr>
      <w:r>
        <w:t>Directly answer the research problem. What is possible, impossible, conditional or uncertain? State the strongest supported findings and the most important limitations.</w:t>
      </w:r>
    </w:p>
    <w:p>
      <w:r>
        <w:t>[Your work here]</w:t>
      </w:r>
    </w:p>
    <w:p>
      <w:pPr>
        <w:pStyle w:val="Heading2"/>
      </w:pPr>
      <w:r>
        <w:t>References</w:t>
      </w:r>
    </w:p>
    <w:p>
      <w:pPr>
        <w:pStyle w:val="SOFUHint"/>
      </w:pPr>
      <w:r>
        <w:t>Include only works your team actually consulted and cited. Use one consistent citation style throughout. For webpages include author/organisation, page title, publication/update date if given, URL and access date if required by your chosen style.</w:t>
      </w:r>
    </w:p>
    <w:p>
      <w:r>
        <w:t>[Your work here]</w:t>
      </w:r>
    </w:p>
    <w:p>
      <w:pPr>
        <w:pStyle w:val="Heading2"/>
      </w:pPr>
      <w:r>
        <w:t>Appendices (if needed)</w:t>
      </w:r>
    </w:p>
    <w:p>
      <w:pPr>
        <w:pStyle w:val="SOFUHint"/>
      </w:pPr>
      <w:r>
        <w:t>Place supplementary calculations, raw data, extra diagrams and detailed tables here. Refer to each appendix in the main body. Appendices do not substitute for explaining key reasoning in the text.</w:t>
      </w:r>
    </w:p>
    <w:p>
      <w:r>
        <w:t>[Your work here]</w:t>
      </w:r>
    </w:p>
    <w:p>
      <w:r>
        <w:br w:type="page"/>
      </w:r>
    </w:p>
    <w:p>
      <w:pPr>
        <w:pStyle w:val="SOFULabel"/>
      </w:pPr>
      <w:r>
        <w:t>04 / SUBMISSION QUALITY CONTROL</w:t>
      </w:r>
    </w:p>
    <w:p>
      <w:pPr>
        <w:pStyle w:val="Heading1"/>
      </w:pPr>
      <w:r>
        <w:t>Team verification checklist</w:t>
      </w:r>
    </w:p>
    <w:p>
      <w:pPr/>
      <w:r>
        <w:t>☐  We addressed the entire research problem, including its stated assumptions and multiple questions.</w:t>
      </w:r>
    </w:p>
    <w:p>
      <w:pPr/>
      <w:r>
        <w:t>☐  Our reasoning extends beyond retelling background facts.</w:t>
      </w:r>
    </w:p>
    <w:p>
      <w:pPr/>
      <w:r>
        <w:t>☐  Key claims are supported by clear evidence, calculations or valid scientific arguments.</w:t>
      </w:r>
    </w:p>
    <w:p>
      <w:pPr/>
      <w:r>
        <w:t>☐  We distinguish published evidence, our own measurements and simulated predictions.</w:t>
      </w:r>
    </w:p>
    <w:p>
      <w:pPr/>
      <w:r>
        <w:t>☐  All equations, graphs and diagrams are labelled and explained.</w:t>
      </w:r>
    </w:p>
    <w:p>
      <w:pPr/>
      <w:r>
        <w:t>☐  We examined limitations, alternative explanations and uncertainty where relevant.</w:t>
      </w:r>
    </w:p>
    <w:p>
      <w:pPr/>
      <w:r>
        <w:t>☐  Our conclusion answers the question without overstating certainty.</w:t>
      </w:r>
    </w:p>
    <w:p>
      <w:pPr/>
      <w:r>
        <w:t>☐  We acknowledged every external source and did not invent references or data.</w:t>
      </w:r>
    </w:p>
    <w:p>
      <w:pPr/>
      <w:r>
        <w:t>☐  Every team member understands the scientific argument presented.</w:t>
      </w:r>
    </w:p>
    <w:p>
      <w:pPr/>
      <w:r>
        <w:t>☐  Our final file complies with the current UNSO instructions on format and submission.</w:t>
      </w:r>
    </w:p>
    <w:p>
      <w:pPr>
        <w:pStyle w:val="Heading2"/>
      </w:pPr>
      <w:r>
        <w:t>Team reflection</w:t>
      </w:r>
    </w:p>
    <w:p>
      <w:r>
        <w:t>One claim we are confident about: [Your answer]</w:t>
      </w:r>
    </w:p>
    <w:p>
      <w:r>
        <w:t>One assumption that could change our conclusion: [Your answer]</w:t>
      </w:r>
    </w:p>
    <w:p>
      <w:r>
        <w:t>One question we cannot yet answer: [Your answer]</w:t>
      </w:r>
    </w:p>
    <w:sectPr w:rsidR="00FC693F" w:rsidRPr="0006063C" w:rsidSect="00034616">
      <w:headerReference w:type="default" r:id="rId9"/>
      <w:footerReference w:type="default" r:id="rId10"/>
      <w:pgSz w:w="12240" w:h="15840"/>
      <w:pgMar w:top="1123" w:right="1224" w:bottom="1051"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FUHint"/>
    </w:pPr>
    <w:r>
      <w:t>Research Academy  •  Guidance template, not an official marking rubric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FULabel"/>
      <w:jc w:val="right"/>
    </w:pPr>
    <w:r>
      <w:t>SOFU  /  UGANDA NATIONAL SCIENCE OLYMPIAD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color w:val="26114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261147"/>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26114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261147"/>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FULabel">
    <w:name w:val="SOFU Label"/>
    <w:pPr>
      <w:spacing w:after="80"/>
    </w:pPr>
    <w:rPr>
      <w:rFonts w:ascii="Aptos" w:hAnsi="Aptos"/>
      <w:b/>
      <w:color w:val="603FA1"/>
      <w:sz w:val="16"/>
    </w:rPr>
  </w:style>
  <w:style w:type="paragraph" w:customStyle="1" w:styleId="SOFUHint">
    <w:name w:val="SOFU Hint"/>
    <w:pPr>
      <w:spacing w:after="180"/>
    </w:pPr>
    <w:rPr>
      <w:rFonts w:ascii="Aptos" w:hAnsi="Aptos"/>
      <w:i/>
      <w:color w:val="5A596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