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OFULabel"/>
      </w:pPr>
      <w:r>
        <w:t>RESEARCH ACADEMY  /  WORKING COMPANION</w:t>
      </w:r>
    </w:p>
    <w:p>
      <w:pPr>
        <w:pStyle w:val="Title"/>
      </w:pPr>
      <w:r>
        <w:t>Research Planning Notebook</w:t>
      </w:r>
    </w:p>
    <w:p>
      <w:pPr>
        <w:pStyle w:val="Subtitle"/>
      </w:pPr>
      <w:r>
        <w:t>A working record of how your team developed its scientific argument.</w:t>
      </w:r>
    </w:p>
    <w:p>
      <w:pPr>
        <w:pStyle w:val="SOFUHint"/>
      </w:pPr>
      <w:r>
        <w:t>Use throughout the Regional Qualifiers. This is optional preparation material, not an extra submission requirement.</w:t>
      </w:r>
    </w:p>
    <w:p>
      <w:pPr>
        <w:pStyle w:val="Heading1"/>
      </w:pPr>
      <w:r>
        <w:t>01 / Decode the problem</w:t>
      </w:r>
    </w:p>
    <w:p>
      <w:pPr>
        <w:pStyle w:val="SOFUHint"/>
      </w:pPr>
      <w:r>
        <w:t>Copy the precise question. Identify assumptions, subquestions, hidden contradictions and terms needing definition.</w:t>
      </w:r>
    </w:p>
    <w:tbl>
      <w:tblPr>
        <w:tblStyle w:val="LightShading-Accent1"/>
        <w:tblW w:type="auto" w:w="0"/>
        <w:tblLayout w:type="autofit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Team notes / evidence</w:t>
            </w:r>
          </w:p>
        </w:tc>
        <w:tc>
          <w:tcPr>
            <w:tcW w:type="dxa" w:w="4896"/>
          </w:tcPr>
          <w:p>
            <w:r>
              <w:t>Next action / responsible person</w:t>
            </w:r>
          </w:p>
        </w:tc>
      </w:tr>
      <w:tr>
        <w:tc>
          <w:tcPr>
            <w:tcW w:type="dxa" w:w="4896"/>
          </w:tcPr>
          <w:p>
            <w:r>
              <w:t>[Write here]</w:t>
            </w:r>
          </w:p>
        </w:tc>
        <w:tc>
          <w:tcPr>
            <w:tcW w:type="dxa" w:w="4896"/>
          </w:tcPr>
          <w:p>
            <w:r>
              <w:t>[Assign]</w:t>
            </w:r>
          </w:p>
        </w:tc>
      </w:tr>
      <w:tr>
        <w:tc>
          <w:tcPr>
            <w:tcW w:type="dxa" w:w="4896"/>
          </w:tcPr>
          <w:p>
            <w:r>
              <w:t>[Write here]</w:t>
            </w:r>
          </w:p>
        </w:tc>
        <w:tc>
          <w:tcPr>
            <w:tcW w:type="dxa" w:w="4896"/>
          </w:tcPr>
          <w:p>
            <w:r>
              <w:t>[Assign]</w:t>
            </w:r>
          </w:p>
        </w:tc>
      </w:tr>
    </w:tbl>
    <w:p/>
    <w:p>
      <w:pPr>
        <w:pStyle w:val="Heading1"/>
      </w:pPr>
      <w:r>
        <w:t>02 / Build a knowledge map</w:t>
      </w:r>
    </w:p>
    <w:p>
      <w:pPr>
        <w:pStyle w:val="SOFUHint"/>
      </w:pPr>
      <w:r>
        <w:t>What relevant laws, mechanisms, observations and scientific findings already exist? What must be researched next?</w:t>
      </w:r>
    </w:p>
    <w:tbl>
      <w:tblPr>
        <w:tblStyle w:val="LightShading-Accent1"/>
        <w:tblW w:type="auto" w:w="0"/>
        <w:tblLayout w:type="autofit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Team notes / evidence</w:t>
            </w:r>
          </w:p>
        </w:tc>
        <w:tc>
          <w:tcPr>
            <w:tcW w:type="dxa" w:w="4896"/>
          </w:tcPr>
          <w:p>
            <w:r>
              <w:t>Next action / responsible person</w:t>
            </w:r>
          </w:p>
        </w:tc>
      </w:tr>
      <w:tr>
        <w:tc>
          <w:tcPr>
            <w:tcW w:type="dxa" w:w="4896"/>
          </w:tcPr>
          <w:p>
            <w:r>
              <w:t>[Write here]</w:t>
            </w:r>
          </w:p>
        </w:tc>
        <w:tc>
          <w:tcPr>
            <w:tcW w:type="dxa" w:w="4896"/>
          </w:tcPr>
          <w:p>
            <w:r>
              <w:t>[Assign]</w:t>
            </w:r>
          </w:p>
        </w:tc>
      </w:tr>
      <w:tr>
        <w:tc>
          <w:tcPr>
            <w:tcW w:type="dxa" w:w="4896"/>
          </w:tcPr>
          <w:p>
            <w:r>
              <w:t>[Write here]</w:t>
            </w:r>
          </w:p>
        </w:tc>
        <w:tc>
          <w:tcPr>
            <w:tcW w:type="dxa" w:w="4896"/>
          </w:tcPr>
          <w:p>
            <w:r>
              <w:t>[Assign]</w:t>
            </w:r>
          </w:p>
        </w:tc>
      </w:tr>
    </w:tbl>
    <w:p/>
    <w:p>
      <w:pPr>
        <w:pStyle w:val="Heading1"/>
      </w:pPr>
      <w:r>
        <w:t>03 / Evaluate potential approaches</w:t>
      </w:r>
    </w:p>
    <w:p>
      <w:pPr>
        <w:pStyle w:val="SOFUHint"/>
      </w:pPr>
      <w:r>
        <w:t>Which claims can be investigated by calculation, modelling, credible literature, existing data, a simulation or a real experiment? Why?</w:t>
      </w:r>
    </w:p>
    <w:tbl>
      <w:tblPr>
        <w:tblStyle w:val="LightShading-Accent1"/>
        <w:tblW w:type="auto" w:w="0"/>
        <w:tblLayout w:type="autofit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Team notes / evidence</w:t>
            </w:r>
          </w:p>
        </w:tc>
        <w:tc>
          <w:tcPr>
            <w:tcW w:type="dxa" w:w="4896"/>
          </w:tcPr>
          <w:p>
            <w:r>
              <w:t>Next action / responsible person</w:t>
            </w:r>
          </w:p>
        </w:tc>
      </w:tr>
      <w:tr>
        <w:tc>
          <w:tcPr>
            <w:tcW w:type="dxa" w:w="4896"/>
          </w:tcPr>
          <w:p>
            <w:r>
              <w:t>[Write here]</w:t>
            </w:r>
          </w:p>
        </w:tc>
        <w:tc>
          <w:tcPr>
            <w:tcW w:type="dxa" w:w="4896"/>
          </w:tcPr>
          <w:p>
            <w:r>
              <w:t>[Assign]</w:t>
            </w:r>
          </w:p>
        </w:tc>
      </w:tr>
      <w:tr>
        <w:tc>
          <w:tcPr>
            <w:tcW w:type="dxa" w:w="4896"/>
          </w:tcPr>
          <w:p>
            <w:r>
              <w:t>[Write here]</w:t>
            </w:r>
          </w:p>
        </w:tc>
        <w:tc>
          <w:tcPr>
            <w:tcW w:type="dxa" w:w="4896"/>
          </w:tcPr>
          <w:p>
            <w:r>
              <w:t>[Assign]</w:t>
            </w:r>
          </w:p>
        </w:tc>
      </w:tr>
    </w:tbl>
    <w:p/>
    <w:p>
      <w:pPr>
        <w:pStyle w:val="Heading1"/>
      </w:pPr>
      <w:r>
        <w:t>04 / Evidence register</w:t>
      </w:r>
    </w:p>
    <w:p>
      <w:pPr>
        <w:pStyle w:val="SOFUHint"/>
      </w:pPr>
      <w:r>
        <w:t>List each important claim, its source or basis, whether it is direct or inferred evidence, and how reliable it is.</w:t>
      </w:r>
    </w:p>
    <w:tbl>
      <w:tblPr>
        <w:tblStyle w:val="LightShading-Accent1"/>
        <w:tblW w:type="auto" w:w="0"/>
        <w:tblLayout w:type="autofit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Team notes / evidence</w:t>
            </w:r>
          </w:p>
        </w:tc>
        <w:tc>
          <w:tcPr>
            <w:tcW w:type="dxa" w:w="4896"/>
          </w:tcPr>
          <w:p>
            <w:r>
              <w:t>Next action / responsible person</w:t>
            </w:r>
          </w:p>
        </w:tc>
      </w:tr>
      <w:tr>
        <w:tc>
          <w:tcPr>
            <w:tcW w:type="dxa" w:w="4896"/>
          </w:tcPr>
          <w:p>
            <w:r>
              <w:t>[Write here]</w:t>
            </w:r>
          </w:p>
        </w:tc>
        <w:tc>
          <w:tcPr>
            <w:tcW w:type="dxa" w:w="4896"/>
          </w:tcPr>
          <w:p>
            <w:r>
              <w:t>[Assign]</w:t>
            </w:r>
          </w:p>
        </w:tc>
      </w:tr>
      <w:tr>
        <w:tc>
          <w:tcPr>
            <w:tcW w:type="dxa" w:w="4896"/>
          </w:tcPr>
          <w:p>
            <w:r>
              <w:t>[Write here]</w:t>
            </w:r>
          </w:p>
        </w:tc>
        <w:tc>
          <w:tcPr>
            <w:tcW w:type="dxa" w:w="4896"/>
          </w:tcPr>
          <w:p>
            <w:r>
              <w:t>[Assign]</w:t>
            </w:r>
          </w:p>
        </w:tc>
      </w:tr>
    </w:tbl>
    <w:p/>
    <w:p>
      <w:pPr>
        <w:pStyle w:val="Heading1"/>
      </w:pPr>
      <w:r>
        <w:t>05 / Revision log</w:t>
      </w:r>
    </w:p>
    <w:p>
      <w:pPr>
        <w:pStyle w:val="SOFUHint"/>
      </w:pPr>
      <w:r>
        <w:t>Record why an argument changed, which assumption failed, and which alternative you considered.</w:t>
      </w:r>
    </w:p>
    <w:tbl>
      <w:tblPr>
        <w:tblStyle w:val="LightShading-Accent1"/>
        <w:tblW w:type="auto" w:w="0"/>
        <w:tblLayout w:type="autofit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Team notes / evidence</w:t>
            </w:r>
          </w:p>
        </w:tc>
        <w:tc>
          <w:tcPr>
            <w:tcW w:type="dxa" w:w="4896"/>
          </w:tcPr>
          <w:p>
            <w:r>
              <w:t>Next action / responsible person</w:t>
            </w:r>
          </w:p>
        </w:tc>
      </w:tr>
      <w:tr>
        <w:tc>
          <w:tcPr>
            <w:tcW w:type="dxa" w:w="4896"/>
          </w:tcPr>
          <w:p>
            <w:r>
              <w:t>[Write here]</w:t>
            </w:r>
          </w:p>
        </w:tc>
        <w:tc>
          <w:tcPr>
            <w:tcW w:type="dxa" w:w="4896"/>
          </w:tcPr>
          <w:p>
            <w:r>
              <w:t>[Assign]</w:t>
            </w:r>
          </w:p>
        </w:tc>
      </w:tr>
      <w:tr>
        <w:tc>
          <w:tcPr>
            <w:tcW w:type="dxa" w:w="4896"/>
          </w:tcPr>
          <w:p>
            <w:r>
              <w:t>[Write here]</w:t>
            </w:r>
          </w:p>
        </w:tc>
        <w:tc>
          <w:tcPr>
            <w:tcW w:type="dxa" w:w="4896"/>
          </w:tcPr>
          <w:p>
            <w:r>
              <w:t>[Assign]</w:t>
            </w:r>
          </w:p>
        </w:tc>
      </w:tr>
    </w:tbl>
    <w:p/>
    <w:p>
      <w:pPr>
        <w:pStyle w:val="Heading1"/>
      </w:pPr>
      <w:r>
        <w:t>06 / Group review</w:t>
      </w:r>
    </w:p>
    <w:p>
      <w:pPr>
        <w:pStyle w:val="SOFUHint"/>
      </w:pPr>
      <w:r>
        <w:t>Ask each team member to explain a central conclusion in their own words and point to its supporting evidence.</w:t>
      </w:r>
    </w:p>
    <w:tbl>
      <w:tblPr>
        <w:tblStyle w:val="LightShading-Accent1"/>
        <w:tblW w:type="auto" w:w="0"/>
        <w:tblLayout w:type="autofit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Team notes / evidence</w:t>
            </w:r>
          </w:p>
        </w:tc>
        <w:tc>
          <w:tcPr>
            <w:tcW w:type="dxa" w:w="4896"/>
          </w:tcPr>
          <w:p>
            <w:r>
              <w:t>Next action / responsible person</w:t>
            </w:r>
          </w:p>
        </w:tc>
      </w:tr>
      <w:tr>
        <w:tc>
          <w:tcPr>
            <w:tcW w:type="dxa" w:w="4896"/>
          </w:tcPr>
          <w:p>
            <w:r>
              <w:t>[Write here]</w:t>
            </w:r>
          </w:p>
        </w:tc>
        <w:tc>
          <w:tcPr>
            <w:tcW w:type="dxa" w:w="4896"/>
          </w:tcPr>
          <w:p>
            <w:r>
              <w:t>[Assign]</w:t>
            </w:r>
          </w:p>
        </w:tc>
      </w:tr>
      <w:tr>
        <w:tc>
          <w:tcPr>
            <w:tcW w:type="dxa" w:w="4896"/>
          </w:tcPr>
          <w:p>
            <w:r>
              <w:t>[Write here]</w:t>
            </w:r>
          </w:p>
        </w:tc>
        <w:tc>
          <w:tcPr>
            <w:tcW w:type="dxa" w:w="4896"/>
          </w:tcPr>
          <w:p>
            <w:r>
              <w:t>[Assign]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123" w:right="1224" w:bottom="1051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FUHint"/>
    </w:pPr>
    <w:r>
      <w:t>Research Academy  •  Guidance template, not an official marking rubric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FULabel"/>
      <w:jc w:val="right"/>
    </w:pPr>
    <w:r>
      <w:t>SOFU  /  UGANDA NATIONAL SCIENCE OLYMPIAD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26114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6114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611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261147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FULabel">
    <w:name w:val="SOFU Label"/>
    <w:pPr>
      <w:spacing w:after="80"/>
    </w:pPr>
    <w:rPr>
      <w:rFonts w:ascii="Aptos" w:hAnsi="Aptos"/>
      <w:b/>
      <w:color w:val="603FA1"/>
      <w:sz w:val="16"/>
    </w:rPr>
  </w:style>
  <w:style w:type="paragraph" w:customStyle="1" w:styleId="SOFUHint">
    <w:name w:val="SOFU Hint"/>
    <w:pPr>
      <w:spacing w:after="180"/>
    </w:pPr>
    <w:rPr>
      <w:rFonts w:ascii="Aptos" w:hAnsi="Aptos"/>
      <w:i/>
      <w:color w:val="5A5966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